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349C" w:rsidRPr="00622A72" w:rsidRDefault="00D87637">
      <w:pPr>
        <w:rPr>
          <w:sz w:val="24"/>
          <w:szCs w:val="24"/>
          <w:lang w:val="sk-SK"/>
        </w:rPr>
      </w:pPr>
      <w:r>
        <w:rPr>
          <w:noProof/>
          <w:sz w:val="24"/>
          <w:szCs w:val="24"/>
          <w:lang w:val="sk-SK" w:eastAsia="sk-SK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-86360</wp:posOffset>
                </wp:positionH>
                <wp:positionV relativeFrom="paragraph">
                  <wp:posOffset>219075</wp:posOffset>
                </wp:positionV>
                <wp:extent cx="5915025" cy="0"/>
                <wp:effectExtent l="38100" t="38100" r="66675" b="95250"/>
                <wp:wrapNone/>
                <wp:docPr id="1" name="Rovná spojnic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15025" cy="0"/>
                        </a:xfrm>
                        <a:prstGeom prst="line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2AA8EBB" id="Rovná spojnica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8pt,17.25pt" to="458.95pt,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" strokecolor="black [3200]">
                <v:shadow on="t" color="black" opacity="24903f" origin=",.5" offset="0,.55556mm"/>
              </v:line>
            </w:pict>
          </mc:Fallback>
        </mc:AlternateContent>
      </w:r>
      <w:proofErr w:type="spellStart"/>
      <w:r w:rsidR="001D6CED" w:rsidRPr="00622A72">
        <w:rPr>
          <w:sz w:val="24"/>
          <w:szCs w:val="24"/>
          <w:lang w:val="sk-SK"/>
        </w:rPr>
        <w:t>OfficePro</w:t>
      </w:r>
      <w:proofErr w:type="spellEnd"/>
      <w:r w:rsidR="001D6CED" w:rsidRPr="00622A72">
        <w:rPr>
          <w:sz w:val="24"/>
          <w:szCs w:val="24"/>
          <w:lang w:val="sk-SK"/>
        </w:rPr>
        <w:t>, s. r. o.</w:t>
      </w:r>
      <w:r w:rsidR="00622A72" w:rsidRPr="00622A72">
        <w:rPr>
          <w:sz w:val="24"/>
          <w:szCs w:val="24"/>
          <w:lang w:val="sk-SK"/>
        </w:rPr>
        <w:t xml:space="preserve">, </w:t>
      </w:r>
      <w:r w:rsidR="001D6CED" w:rsidRPr="00622A72">
        <w:rPr>
          <w:sz w:val="24"/>
          <w:szCs w:val="24"/>
          <w:lang w:val="sk-SK"/>
        </w:rPr>
        <w:t>Hlavná 25</w:t>
      </w:r>
      <w:r w:rsidR="00622A72" w:rsidRPr="00622A72">
        <w:rPr>
          <w:sz w:val="24"/>
          <w:szCs w:val="24"/>
          <w:lang w:val="sk-SK"/>
        </w:rPr>
        <w:t xml:space="preserve">, </w:t>
      </w:r>
      <w:r w:rsidR="001D6CED" w:rsidRPr="00622A72">
        <w:rPr>
          <w:sz w:val="24"/>
          <w:szCs w:val="24"/>
          <w:lang w:val="sk-SK"/>
        </w:rPr>
        <w:t>821 08 Bratislava</w:t>
      </w:r>
    </w:p>
    <w:p w:rsidR="0041349C" w:rsidRPr="00622A72" w:rsidRDefault="0041349C">
      <w:pPr>
        <w:rPr>
          <w:sz w:val="24"/>
          <w:szCs w:val="24"/>
          <w:lang w:val="sk-SK"/>
        </w:rPr>
      </w:pPr>
    </w:p>
    <w:p w:rsidR="0041349C" w:rsidRPr="00622A72" w:rsidRDefault="001D6CED">
      <w:pPr>
        <w:rPr>
          <w:sz w:val="24"/>
          <w:szCs w:val="24"/>
          <w:lang w:val="sk-SK"/>
        </w:rPr>
      </w:pPr>
      <w:r w:rsidRPr="00622A72">
        <w:rPr>
          <w:sz w:val="24"/>
          <w:szCs w:val="24"/>
          <w:lang w:val="sk-SK"/>
        </w:rPr>
        <w:t>&lt;&lt;Meno&gt;&gt; &lt;&lt;Priezvisko&gt;&gt;</w:t>
      </w:r>
    </w:p>
    <w:p w:rsidR="0041349C" w:rsidRPr="00622A72" w:rsidRDefault="001D6CED">
      <w:pPr>
        <w:rPr>
          <w:sz w:val="24"/>
          <w:szCs w:val="24"/>
          <w:lang w:val="sk-SK"/>
        </w:rPr>
      </w:pPr>
      <w:r w:rsidRPr="00622A72">
        <w:rPr>
          <w:sz w:val="24"/>
          <w:szCs w:val="24"/>
          <w:lang w:val="sk-SK"/>
        </w:rPr>
        <w:t>&lt;&lt;</w:t>
      </w:r>
      <w:proofErr w:type="spellStart"/>
      <w:r w:rsidRPr="00622A72">
        <w:rPr>
          <w:sz w:val="24"/>
          <w:szCs w:val="24"/>
          <w:lang w:val="sk-SK"/>
        </w:rPr>
        <w:t>Názov_firmy</w:t>
      </w:r>
      <w:proofErr w:type="spellEnd"/>
      <w:r w:rsidRPr="00622A72">
        <w:rPr>
          <w:sz w:val="24"/>
          <w:szCs w:val="24"/>
          <w:lang w:val="sk-SK"/>
        </w:rPr>
        <w:t>&gt;&gt;</w:t>
      </w:r>
    </w:p>
    <w:p w:rsidR="0041349C" w:rsidRPr="00622A72" w:rsidRDefault="001D6CED">
      <w:pPr>
        <w:rPr>
          <w:sz w:val="24"/>
          <w:szCs w:val="24"/>
          <w:lang w:val="sk-SK"/>
        </w:rPr>
      </w:pPr>
      <w:r w:rsidRPr="00622A72">
        <w:rPr>
          <w:sz w:val="24"/>
          <w:szCs w:val="24"/>
          <w:lang w:val="sk-SK"/>
        </w:rPr>
        <w:t>&lt;&lt;Ulica&gt;&gt;</w:t>
      </w:r>
    </w:p>
    <w:p w:rsidR="0041349C" w:rsidRPr="00622A72" w:rsidRDefault="001D6CED">
      <w:pPr>
        <w:rPr>
          <w:sz w:val="24"/>
          <w:szCs w:val="24"/>
          <w:lang w:val="sk-SK"/>
        </w:rPr>
      </w:pPr>
      <w:r w:rsidRPr="00622A72">
        <w:rPr>
          <w:sz w:val="24"/>
          <w:szCs w:val="24"/>
          <w:lang w:val="sk-SK"/>
        </w:rPr>
        <w:t>&lt;&lt;Mesto&gt;&gt; &lt;&lt;PSČ&gt;&gt;</w:t>
      </w:r>
    </w:p>
    <w:p w:rsidR="00D87637" w:rsidRDefault="00D87637">
      <w:pPr>
        <w:rPr>
          <w:sz w:val="24"/>
          <w:szCs w:val="24"/>
          <w:lang w:val="sk-SK"/>
        </w:rPr>
      </w:pPr>
    </w:p>
    <w:p w:rsidR="0041349C" w:rsidRPr="00622A72" w:rsidRDefault="006846BB">
      <w:pPr>
        <w:rPr>
          <w:sz w:val="24"/>
          <w:szCs w:val="24"/>
          <w:lang w:val="sk-SK"/>
        </w:rPr>
      </w:pPr>
      <w:r>
        <w:rPr>
          <w:sz w:val="24"/>
          <w:szCs w:val="24"/>
          <w:lang w:val="sk-SK"/>
        </w:rPr>
        <w:t>Vec: Ponuka tovaru</w:t>
      </w:r>
    </w:p>
    <w:p w:rsidR="00622A72" w:rsidRDefault="001D6CED" w:rsidP="00622A72">
      <w:pPr>
        <w:spacing w:after="0"/>
        <w:rPr>
          <w:sz w:val="24"/>
          <w:szCs w:val="24"/>
          <w:lang w:val="sk-SK"/>
        </w:rPr>
      </w:pPr>
      <w:r w:rsidRPr="00622A72">
        <w:rPr>
          <w:sz w:val="24"/>
          <w:szCs w:val="24"/>
          <w:lang w:val="sk-SK"/>
        </w:rPr>
        <w:t>Váž</w:t>
      </w:r>
      <w:r w:rsidR="00622A72">
        <w:rPr>
          <w:sz w:val="24"/>
          <w:szCs w:val="24"/>
          <w:lang w:val="sk-SK"/>
        </w:rPr>
        <w:t>ený(á) &lt;&lt;Meno&gt;&gt; &lt;&lt;Priezvisko&gt;&gt;,</w:t>
      </w:r>
    </w:p>
    <w:p w:rsidR="00622A72" w:rsidRDefault="001D6CED" w:rsidP="00622A72">
      <w:pPr>
        <w:spacing w:after="120"/>
        <w:rPr>
          <w:sz w:val="24"/>
          <w:szCs w:val="24"/>
          <w:lang w:val="sk-SK"/>
        </w:rPr>
      </w:pPr>
      <w:r w:rsidRPr="00622A72">
        <w:rPr>
          <w:sz w:val="24"/>
          <w:szCs w:val="24"/>
          <w:lang w:val="sk-SK"/>
        </w:rPr>
        <w:t xml:space="preserve">dovoľte nám, aby sme Vám predstavili našu aktuálnu ponuku kancelárskeho </w:t>
      </w:r>
      <w:r w:rsidRPr="00622A72">
        <w:rPr>
          <w:sz w:val="24"/>
          <w:szCs w:val="24"/>
          <w:lang w:val="sk-SK"/>
        </w:rPr>
        <w:t xml:space="preserve">tovaru pre zimné obdobie 2025. V našom </w:t>
      </w:r>
      <w:r w:rsidR="00622A72">
        <w:rPr>
          <w:sz w:val="24"/>
          <w:szCs w:val="24"/>
          <w:lang w:val="sk-SK"/>
        </w:rPr>
        <w:t xml:space="preserve">sortimente nájdete široký výber </w:t>
      </w:r>
      <w:r w:rsidRPr="00622A72">
        <w:rPr>
          <w:sz w:val="24"/>
          <w:szCs w:val="24"/>
          <w:lang w:val="sk-SK"/>
        </w:rPr>
        <w:t>kancelárskeho papiera, písacích potrieb, zakladačov a doplnkov, ktoré Vám pomôžu zefektívniť Vašu každodennú prácu.</w:t>
      </w:r>
    </w:p>
    <w:p w:rsidR="00622A72" w:rsidRDefault="001D6CED" w:rsidP="00622A72">
      <w:pPr>
        <w:spacing w:after="120"/>
        <w:rPr>
          <w:sz w:val="24"/>
          <w:szCs w:val="24"/>
          <w:lang w:val="sk-SK"/>
        </w:rPr>
      </w:pPr>
      <w:r w:rsidRPr="00622A72">
        <w:rPr>
          <w:sz w:val="24"/>
          <w:szCs w:val="24"/>
          <w:lang w:val="sk-SK"/>
        </w:rPr>
        <w:t>Pri objednávkach na</w:t>
      </w:r>
      <w:r w:rsidR="00622A72">
        <w:rPr>
          <w:sz w:val="24"/>
          <w:szCs w:val="24"/>
          <w:lang w:val="sk-SK"/>
        </w:rPr>
        <w:t xml:space="preserve">d 100 € Vám ponúkame 10 % zľavu </w:t>
      </w:r>
      <w:r w:rsidRPr="00622A72">
        <w:rPr>
          <w:sz w:val="24"/>
          <w:szCs w:val="24"/>
          <w:lang w:val="sk-SK"/>
        </w:rPr>
        <w:t>a bezplatnú dopra</w:t>
      </w:r>
      <w:r w:rsidRPr="00622A72">
        <w:rPr>
          <w:sz w:val="24"/>
          <w:szCs w:val="24"/>
          <w:lang w:val="sk-SK"/>
        </w:rPr>
        <w:t>vu v rámci celého Slovenska.</w:t>
      </w:r>
    </w:p>
    <w:p w:rsidR="00622A72" w:rsidRDefault="001D6CED" w:rsidP="00622A72">
      <w:pPr>
        <w:spacing w:after="120"/>
        <w:rPr>
          <w:sz w:val="24"/>
          <w:szCs w:val="24"/>
          <w:lang w:val="sk-SK"/>
        </w:rPr>
      </w:pPr>
      <w:r w:rsidRPr="00622A72">
        <w:rPr>
          <w:sz w:val="24"/>
          <w:szCs w:val="24"/>
          <w:lang w:val="sk-SK"/>
        </w:rPr>
        <w:t>Tešíme sa na spoluprácu a veríme, že naša ponuka Vás zaujme. V prípade záujmu nás kontaktujte telefonicky alebo e-mailom na adrese:</w:t>
      </w:r>
    </w:p>
    <w:p w:rsidR="00622A72" w:rsidRDefault="00622A72" w:rsidP="00622A72">
      <w:pPr>
        <w:spacing w:after="120"/>
        <w:rPr>
          <w:sz w:val="24"/>
          <w:szCs w:val="24"/>
          <w:lang w:val="sk-SK"/>
        </w:rPr>
      </w:pPr>
    </w:p>
    <w:p w:rsidR="00622A72" w:rsidRDefault="001D6CED" w:rsidP="00622A72">
      <w:pPr>
        <w:spacing w:after="120"/>
        <w:rPr>
          <w:sz w:val="24"/>
          <w:szCs w:val="24"/>
          <w:lang w:val="sk-SK"/>
        </w:rPr>
      </w:pPr>
      <w:r w:rsidRPr="00622A72">
        <w:rPr>
          <w:sz w:val="24"/>
          <w:szCs w:val="24"/>
          <w:lang w:val="sk-SK"/>
        </w:rPr>
        <w:t>📞</w:t>
      </w:r>
      <w:r w:rsidRPr="00622A72">
        <w:rPr>
          <w:sz w:val="24"/>
          <w:szCs w:val="24"/>
          <w:lang w:val="sk-SK"/>
        </w:rPr>
        <w:t xml:space="preserve"> 02 / 555 44</w:t>
      </w:r>
      <w:r w:rsidR="00622A72">
        <w:rPr>
          <w:sz w:val="24"/>
          <w:szCs w:val="24"/>
          <w:lang w:val="sk-SK"/>
        </w:rPr>
        <w:t> </w:t>
      </w:r>
      <w:r w:rsidRPr="00622A72">
        <w:rPr>
          <w:sz w:val="24"/>
          <w:szCs w:val="24"/>
          <w:lang w:val="sk-SK"/>
        </w:rPr>
        <w:t>333</w:t>
      </w:r>
    </w:p>
    <w:p w:rsidR="0041349C" w:rsidRDefault="001D6CED" w:rsidP="00622A72">
      <w:pPr>
        <w:spacing w:after="120"/>
        <w:rPr>
          <w:sz w:val="24"/>
          <w:szCs w:val="24"/>
          <w:lang w:val="sk-SK"/>
        </w:rPr>
      </w:pPr>
      <w:r w:rsidRPr="00622A72">
        <w:rPr>
          <w:sz w:val="24"/>
          <w:szCs w:val="24"/>
          <w:lang w:val="sk-SK"/>
        </w:rPr>
        <w:t>✉</w:t>
      </w:r>
      <w:r w:rsidRPr="00622A72">
        <w:rPr>
          <w:sz w:val="24"/>
          <w:szCs w:val="24"/>
          <w:lang w:val="sk-SK"/>
        </w:rPr>
        <w:t>️</w:t>
      </w:r>
      <w:r w:rsidRPr="00622A72">
        <w:rPr>
          <w:sz w:val="24"/>
          <w:szCs w:val="24"/>
          <w:lang w:val="sk-SK"/>
        </w:rPr>
        <w:t xml:space="preserve"> </w:t>
      </w:r>
      <w:hyperlink r:id="rId6" w:history="1">
        <w:r w:rsidR="00622A72" w:rsidRPr="001A43AC">
          <w:rPr>
            <w:rStyle w:val="Hypertextovprepojenie"/>
            <w:sz w:val="24"/>
            <w:szCs w:val="24"/>
            <w:lang w:val="sk-SK"/>
          </w:rPr>
          <w:t>obchod@officepro.sk</w:t>
        </w:r>
      </w:hyperlink>
    </w:p>
    <w:p w:rsidR="00622A72" w:rsidRDefault="00622A72" w:rsidP="00622A72">
      <w:pPr>
        <w:rPr>
          <w:sz w:val="24"/>
          <w:szCs w:val="24"/>
          <w:lang w:val="sk-SK"/>
        </w:rPr>
      </w:pPr>
    </w:p>
    <w:p w:rsidR="00622A72" w:rsidRDefault="00622A72" w:rsidP="00622A72">
      <w:pPr>
        <w:rPr>
          <w:sz w:val="24"/>
          <w:szCs w:val="24"/>
          <w:lang w:val="sk-SK"/>
        </w:rPr>
      </w:pPr>
      <w:r w:rsidRPr="00622A72">
        <w:rPr>
          <w:sz w:val="24"/>
          <w:szCs w:val="24"/>
          <w:lang w:val="sk-SK"/>
        </w:rPr>
        <w:t>Senica</w:t>
      </w:r>
      <w:r w:rsidRPr="00622A72">
        <w:rPr>
          <w:sz w:val="24"/>
          <w:szCs w:val="24"/>
          <w:lang w:val="sk-SK"/>
        </w:rPr>
        <w:t xml:space="preserve"> </w:t>
      </w:r>
      <w:r w:rsidRPr="00622A72">
        <w:rPr>
          <w:sz w:val="24"/>
          <w:szCs w:val="24"/>
          <w:lang w:val="sk-SK"/>
        </w:rPr>
        <w:t>25</w:t>
      </w:r>
      <w:r w:rsidRPr="00622A72">
        <w:rPr>
          <w:sz w:val="24"/>
          <w:szCs w:val="24"/>
          <w:lang w:val="sk-SK"/>
        </w:rPr>
        <w:t>. novembra 2025</w:t>
      </w:r>
    </w:p>
    <w:p w:rsidR="00D87637" w:rsidRDefault="00D87637" w:rsidP="00622A72">
      <w:pPr>
        <w:rPr>
          <w:sz w:val="24"/>
          <w:szCs w:val="24"/>
          <w:lang w:val="sk-SK"/>
        </w:rPr>
      </w:pPr>
    </w:p>
    <w:p w:rsidR="00D87637" w:rsidRPr="00622A72" w:rsidRDefault="00D87637" w:rsidP="00622A72">
      <w:pPr>
        <w:rPr>
          <w:sz w:val="24"/>
          <w:szCs w:val="24"/>
          <w:lang w:val="sk-SK"/>
        </w:rPr>
      </w:pPr>
      <w:r>
        <w:rPr>
          <w:sz w:val="24"/>
          <w:szCs w:val="24"/>
          <w:lang w:val="sk-SK"/>
        </w:rPr>
        <w:t>S úctou</w:t>
      </w:r>
      <w:bookmarkStart w:id="0" w:name="_GoBack"/>
      <w:bookmarkEnd w:id="0"/>
    </w:p>
    <w:sectPr w:rsidR="00D87637" w:rsidRPr="00622A72" w:rsidSect="00D87637">
      <w:pgSz w:w="12240" w:h="15840"/>
      <w:pgMar w:top="1134" w:right="1797" w:bottom="1134" w:left="179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slovanzoznam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slovanzoznam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Zoznamsodrka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Zoznamsodrka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slovanzoznam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Zoznamsodrka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1D6CED"/>
    <w:rsid w:val="0029639D"/>
    <w:rsid w:val="00326F90"/>
    <w:rsid w:val="0041349C"/>
    <w:rsid w:val="00622A72"/>
    <w:rsid w:val="006846BB"/>
    <w:rsid w:val="007C5BDF"/>
    <w:rsid w:val="00AA1D8D"/>
    <w:rsid w:val="00B47730"/>
    <w:rsid w:val="00CB0664"/>
    <w:rsid w:val="00D87637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5D33EF9"/>
  <w14:defaultImageDpi w14:val="300"/>
  <w15:docId w15:val="{6305636C-29C4-488C-949A-AF87165DD0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FC693F"/>
  </w:style>
  <w:style w:type="paragraph" w:styleId="Nadpis1">
    <w:name w:val="heading 1"/>
    <w:basedOn w:val="Normlny"/>
    <w:next w:val="Normlny"/>
    <w:link w:val="Nadpis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E618BF"/>
  </w:style>
  <w:style w:type="paragraph" w:styleId="Pta">
    <w:name w:val="footer"/>
    <w:basedOn w:val="Normlny"/>
    <w:link w:val="Pta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E618BF"/>
  </w:style>
  <w:style w:type="paragraph" w:styleId="Bezriadkovania">
    <w:name w:val="No Spacing"/>
    <w:uiPriority w:val="1"/>
    <w:qFormat/>
    <w:rsid w:val="00FC693F"/>
    <w:pPr>
      <w:spacing w:after="0" w:line="240" w:lineRule="auto"/>
    </w:pPr>
  </w:style>
  <w:style w:type="character" w:customStyle="1" w:styleId="Nadpis1Char">
    <w:name w:val="Nadpis 1 Char"/>
    <w:basedOn w:val="Predvolenpsmoodseku"/>
    <w:link w:val="Nadpis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dpis2Char">
    <w:name w:val="Nadpis 2 Char"/>
    <w:basedOn w:val="Predvolenpsmoodseku"/>
    <w:link w:val="Nadpis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dpis3Char">
    <w:name w:val="Nadpis 3 Char"/>
    <w:basedOn w:val="Predvolenpsmoodseku"/>
    <w:link w:val="Nadpis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zov">
    <w:name w:val="Title"/>
    <w:basedOn w:val="Normlny"/>
    <w:next w:val="Normlny"/>
    <w:link w:val="Nzov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ovChar">
    <w:name w:val="Názov Char"/>
    <w:basedOn w:val="Predvolenpsmoodseku"/>
    <w:link w:val="Nzov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itulChar">
    <w:name w:val="Podtitul Char"/>
    <w:basedOn w:val="Predvolenpsmoodseku"/>
    <w:link w:val="Podtitu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Odsekzoznamu">
    <w:name w:val="List Paragraph"/>
    <w:basedOn w:val="Normlny"/>
    <w:uiPriority w:val="34"/>
    <w:qFormat/>
    <w:rsid w:val="00FC693F"/>
    <w:pPr>
      <w:ind w:left="720"/>
      <w:contextualSpacing/>
    </w:pPr>
  </w:style>
  <w:style w:type="paragraph" w:styleId="Zkladntext">
    <w:name w:val="Body Text"/>
    <w:basedOn w:val="Normlny"/>
    <w:link w:val="ZkladntextChar"/>
    <w:uiPriority w:val="99"/>
    <w:unhideWhenUsed/>
    <w:rsid w:val="00AA1D8D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rsid w:val="00AA1D8D"/>
  </w:style>
  <w:style w:type="paragraph" w:styleId="Zkladntext2">
    <w:name w:val="Body Text 2"/>
    <w:basedOn w:val="Normlny"/>
    <w:link w:val="Zkladntext2Char"/>
    <w:uiPriority w:val="99"/>
    <w:unhideWhenUsed/>
    <w:rsid w:val="00AA1D8D"/>
    <w:pPr>
      <w:spacing w:after="120" w:line="480" w:lineRule="auto"/>
    </w:pPr>
  </w:style>
  <w:style w:type="character" w:customStyle="1" w:styleId="Zkladntext2Char">
    <w:name w:val="Základný text 2 Char"/>
    <w:basedOn w:val="Predvolenpsmoodseku"/>
    <w:link w:val="Zkladntext2"/>
    <w:uiPriority w:val="99"/>
    <w:rsid w:val="00AA1D8D"/>
  </w:style>
  <w:style w:type="paragraph" w:styleId="Zkladntext3">
    <w:name w:val="Body Text 3"/>
    <w:basedOn w:val="Normlny"/>
    <w:link w:val="Zkladn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Zkladntext3Char">
    <w:name w:val="Základný text 3 Char"/>
    <w:basedOn w:val="Predvolenpsmoodseku"/>
    <w:link w:val="Zkladntext3"/>
    <w:uiPriority w:val="99"/>
    <w:rsid w:val="00AA1D8D"/>
    <w:rPr>
      <w:sz w:val="16"/>
      <w:szCs w:val="16"/>
    </w:rPr>
  </w:style>
  <w:style w:type="paragraph" w:styleId="Zoznam">
    <w:name w:val="List"/>
    <w:basedOn w:val="Normlny"/>
    <w:uiPriority w:val="99"/>
    <w:unhideWhenUsed/>
    <w:rsid w:val="00AA1D8D"/>
    <w:pPr>
      <w:ind w:left="360" w:hanging="360"/>
      <w:contextualSpacing/>
    </w:pPr>
  </w:style>
  <w:style w:type="paragraph" w:styleId="Zoznam2">
    <w:name w:val="List 2"/>
    <w:basedOn w:val="Normlny"/>
    <w:uiPriority w:val="99"/>
    <w:unhideWhenUsed/>
    <w:rsid w:val="00326F90"/>
    <w:pPr>
      <w:ind w:left="720" w:hanging="360"/>
      <w:contextualSpacing/>
    </w:pPr>
  </w:style>
  <w:style w:type="paragraph" w:styleId="Zoznam3">
    <w:name w:val="List 3"/>
    <w:basedOn w:val="Normlny"/>
    <w:uiPriority w:val="99"/>
    <w:unhideWhenUsed/>
    <w:rsid w:val="00326F90"/>
    <w:pPr>
      <w:ind w:left="1080" w:hanging="360"/>
      <w:contextualSpacing/>
    </w:pPr>
  </w:style>
  <w:style w:type="paragraph" w:styleId="Zoznamsodrkami">
    <w:name w:val="List Bullet"/>
    <w:basedOn w:val="Normlny"/>
    <w:uiPriority w:val="99"/>
    <w:unhideWhenUsed/>
    <w:rsid w:val="00326F90"/>
    <w:pPr>
      <w:numPr>
        <w:numId w:val="1"/>
      </w:numPr>
      <w:contextualSpacing/>
    </w:pPr>
  </w:style>
  <w:style w:type="paragraph" w:styleId="Zoznamsodrkami2">
    <w:name w:val="List Bullet 2"/>
    <w:basedOn w:val="Normlny"/>
    <w:uiPriority w:val="99"/>
    <w:unhideWhenUsed/>
    <w:rsid w:val="00326F90"/>
    <w:pPr>
      <w:numPr>
        <w:numId w:val="2"/>
      </w:numPr>
      <w:contextualSpacing/>
    </w:pPr>
  </w:style>
  <w:style w:type="paragraph" w:styleId="Zoznamsodrkami3">
    <w:name w:val="List Bullet 3"/>
    <w:basedOn w:val="Normlny"/>
    <w:uiPriority w:val="99"/>
    <w:unhideWhenUsed/>
    <w:rsid w:val="00326F90"/>
    <w:pPr>
      <w:numPr>
        <w:numId w:val="3"/>
      </w:numPr>
      <w:contextualSpacing/>
    </w:pPr>
  </w:style>
  <w:style w:type="paragraph" w:styleId="slovanzoznam">
    <w:name w:val="List Number"/>
    <w:basedOn w:val="Normlny"/>
    <w:uiPriority w:val="99"/>
    <w:unhideWhenUsed/>
    <w:rsid w:val="00326F90"/>
    <w:pPr>
      <w:numPr>
        <w:numId w:val="5"/>
      </w:numPr>
      <w:contextualSpacing/>
    </w:pPr>
  </w:style>
  <w:style w:type="paragraph" w:styleId="slovanzoznam2">
    <w:name w:val="List Number 2"/>
    <w:basedOn w:val="Normlny"/>
    <w:uiPriority w:val="99"/>
    <w:unhideWhenUsed/>
    <w:rsid w:val="0029639D"/>
    <w:pPr>
      <w:numPr>
        <w:numId w:val="6"/>
      </w:numPr>
      <w:contextualSpacing/>
    </w:pPr>
  </w:style>
  <w:style w:type="paragraph" w:styleId="slovanzoznam3">
    <w:name w:val="List Number 3"/>
    <w:basedOn w:val="Normlny"/>
    <w:uiPriority w:val="99"/>
    <w:unhideWhenUsed/>
    <w:rsid w:val="0029639D"/>
    <w:pPr>
      <w:numPr>
        <w:numId w:val="7"/>
      </w:numPr>
      <w:contextualSpacing/>
    </w:pPr>
  </w:style>
  <w:style w:type="paragraph" w:styleId="Pokraovaniezoznamu">
    <w:name w:val="List Continue"/>
    <w:basedOn w:val="Normlny"/>
    <w:uiPriority w:val="99"/>
    <w:unhideWhenUsed/>
    <w:rsid w:val="0029639D"/>
    <w:pPr>
      <w:spacing w:after="120"/>
      <w:ind w:left="360"/>
      <w:contextualSpacing/>
    </w:pPr>
  </w:style>
  <w:style w:type="paragraph" w:styleId="Pokraovaniezoznamu2">
    <w:name w:val="List Continue 2"/>
    <w:basedOn w:val="Normlny"/>
    <w:uiPriority w:val="99"/>
    <w:unhideWhenUsed/>
    <w:rsid w:val="0029639D"/>
    <w:pPr>
      <w:spacing w:after="120"/>
      <w:ind w:left="720"/>
      <w:contextualSpacing/>
    </w:pPr>
  </w:style>
  <w:style w:type="paragraph" w:styleId="Pokraovaniezoznamu3">
    <w:name w:val="List Continue 3"/>
    <w:basedOn w:val="Normlny"/>
    <w:uiPriority w:val="99"/>
    <w:unhideWhenUsed/>
    <w:rsid w:val="0029639D"/>
    <w:pPr>
      <w:spacing w:after="120"/>
      <w:ind w:left="1080"/>
      <w:contextualSpacing/>
    </w:pPr>
  </w:style>
  <w:style w:type="paragraph" w:styleId="Textmakra">
    <w:name w:val="macro"/>
    <w:link w:val="Textmakra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makraChar">
    <w:name w:val="Text makra Char"/>
    <w:basedOn w:val="Predvolenpsmoodseku"/>
    <w:link w:val="Textmakra"/>
    <w:uiPriority w:val="99"/>
    <w:rsid w:val="0029639D"/>
    <w:rPr>
      <w:rFonts w:ascii="Courier" w:hAnsi="Courier"/>
      <w:sz w:val="20"/>
      <w:szCs w:val="20"/>
    </w:rPr>
  </w:style>
  <w:style w:type="paragraph" w:styleId="Citcia">
    <w:name w:val="Quote"/>
    <w:basedOn w:val="Normlny"/>
    <w:next w:val="Normlny"/>
    <w:link w:val="CitciaChar"/>
    <w:uiPriority w:val="29"/>
    <w:qFormat/>
    <w:rsid w:val="00FC693F"/>
    <w:rPr>
      <w:i/>
      <w:iCs/>
      <w:color w:val="000000" w:themeColor="text1"/>
    </w:rPr>
  </w:style>
  <w:style w:type="character" w:customStyle="1" w:styleId="CitciaChar">
    <w:name w:val="Citácia Char"/>
    <w:basedOn w:val="Predvolenpsmoodseku"/>
    <w:link w:val="Citcia"/>
    <w:uiPriority w:val="29"/>
    <w:rsid w:val="00FC693F"/>
    <w:rPr>
      <w:i/>
      <w:iCs/>
      <w:color w:val="000000" w:themeColor="text1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Popis">
    <w:name w:val="caption"/>
    <w:basedOn w:val="Normlny"/>
    <w:next w:val="Norm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iln">
    <w:name w:val="Strong"/>
    <w:basedOn w:val="Predvolenpsmoodseku"/>
    <w:uiPriority w:val="22"/>
    <w:qFormat/>
    <w:rsid w:val="00FC693F"/>
    <w:rPr>
      <w:b/>
      <w:bCs/>
    </w:rPr>
  </w:style>
  <w:style w:type="character" w:styleId="Zvraznenie">
    <w:name w:val="Emphasis"/>
    <w:basedOn w:val="Predvolenpsmoodseku"/>
    <w:uiPriority w:val="20"/>
    <w:qFormat/>
    <w:rsid w:val="00FC693F"/>
    <w:rPr>
      <w:i/>
      <w:iCs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FC693F"/>
    <w:rPr>
      <w:b/>
      <w:bCs/>
      <w:i/>
      <w:iCs/>
      <w:color w:val="4F81BD" w:themeColor="accent1"/>
    </w:rPr>
  </w:style>
  <w:style w:type="character" w:styleId="Jemnzvraznenie">
    <w:name w:val="Subtle Emphasis"/>
    <w:basedOn w:val="Predvolenpsmoodseku"/>
    <w:uiPriority w:val="19"/>
    <w:qFormat/>
    <w:rsid w:val="00FC693F"/>
    <w:rPr>
      <w:i/>
      <w:iCs/>
      <w:color w:val="808080" w:themeColor="text1" w:themeTint="7F"/>
    </w:rPr>
  </w:style>
  <w:style w:type="character" w:styleId="Intenzvnezvraznenie">
    <w:name w:val="Intense Emphasis"/>
    <w:basedOn w:val="Predvolenpsmoodseku"/>
    <w:uiPriority w:val="21"/>
    <w:qFormat/>
    <w:rsid w:val="00FC693F"/>
    <w:rPr>
      <w:b/>
      <w:bCs/>
      <w:i/>
      <w:iCs/>
      <w:color w:val="4F81BD" w:themeColor="accent1"/>
    </w:rPr>
  </w:style>
  <w:style w:type="character" w:styleId="Jemnodkaz">
    <w:name w:val="Subtle Reference"/>
    <w:basedOn w:val="Predvolenpsmoodseku"/>
    <w:uiPriority w:val="31"/>
    <w:qFormat/>
    <w:rsid w:val="00FC693F"/>
    <w:rPr>
      <w:smallCaps/>
      <w:color w:val="C0504D" w:themeColor="accent2"/>
      <w:u w:val="single"/>
    </w:rPr>
  </w:style>
  <w:style w:type="character" w:styleId="Intenzvnyodkaz">
    <w:name w:val="Intense Reference"/>
    <w:basedOn w:val="Predvolenpsmoodsek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Nzovknihy">
    <w:name w:val="Book Title"/>
    <w:basedOn w:val="Predvolenpsmoodseku"/>
    <w:uiPriority w:val="33"/>
    <w:qFormat/>
    <w:rsid w:val="00FC693F"/>
    <w:rPr>
      <w:b/>
      <w:bCs/>
      <w:smallCaps/>
      <w:spacing w:val="5"/>
    </w:rPr>
  </w:style>
  <w:style w:type="paragraph" w:styleId="Hlavikaobsahu">
    <w:name w:val="TOC Heading"/>
    <w:basedOn w:val="Nadpis1"/>
    <w:next w:val="Normlny"/>
    <w:uiPriority w:val="39"/>
    <w:semiHidden/>
    <w:unhideWhenUsed/>
    <w:qFormat/>
    <w:rsid w:val="00FC693F"/>
    <w:pPr>
      <w:outlineLvl w:val="9"/>
    </w:pPr>
  </w:style>
  <w:style w:type="table" w:styleId="Mriekatabuky">
    <w:name w:val="Table Grid"/>
    <w:basedOn w:val="Normlnatabuka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etlpodfarbenie">
    <w:name w:val="Light Shading"/>
    <w:basedOn w:val="Normlnatabuka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vetlpodfarbeniezvraznenie1">
    <w:name w:val="Light Shading Accent 1"/>
    <w:basedOn w:val="Normlnatabuka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vetlpodfarbeniezvraznenie2">
    <w:name w:val="Light Shading Accent 2"/>
    <w:basedOn w:val="Normlnatabuka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vetlpodfarbeniezvraznenie3">
    <w:name w:val="Light Shading Accent 3"/>
    <w:basedOn w:val="Normlnatabuka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vetlpodfarbeniezvraznenie4">
    <w:name w:val="Light Shading Accent 4"/>
    <w:basedOn w:val="Normlnatabuka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vetlpodfarbeniezvraznenie5">
    <w:name w:val="Light Shading Accent 5"/>
    <w:basedOn w:val="Normlnatabuka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vetlpodfarbeniezvraznenie6">
    <w:name w:val="Light Shading Accent 6"/>
    <w:basedOn w:val="Normlnatabuka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Svetlzoznam">
    <w:name w:val="Light List"/>
    <w:basedOn w:val="Normlnatabu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Svetlzoznamzvraznenie1">
    <w:name w:val="Light List Accent 1"/>
    <w:basedOn w:val="Normlnatabu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Svetlzoznamzvraznenie2">
    <w:name w:val="Light List Accent 2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Svetlzoznamzvraznenie3">
    <w:name w:val="Light List Accent 3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Svetlzoznamzvraznenie4">
    <w:name w:val="Light List Accent 4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Svetlzoznamzvraznenie5">
    <w:name w:val="Light List Accent 5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Svetlzoznamzvraznenie6">
    <w:name w:val="Light List Accent 6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Svetlmrieka">
    <w:name w:val="Light Grid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vetlmriekazvraznenie1">
    <w:name w:val="Light Grid Accent 1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Svetlmriekazvraznenie2">
    <w:name w:val="Light Grid Accent 2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Svetlmriekazvraznenie3">
    <w:name w:val="Light Grid Accent 3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Svetlmriekazvraznenie4">
    <w:name w:val="Light Grid Accent 4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Svetlmriekazvraznenie5">
    <w:name w:val="Light Grid Accent 5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Svetlmriekazvraznenie6">
    <w:name w:val="Light Grid Accent 6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trednpodfarbenie1">
    <w:name w:val="Medium Shading 1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1">
    <w:name w:val="Medium Shading 1 Accent 1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2">
    <w:name w:val="Medium Shading 1 Accent 2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3">
    <w:name w:val="Medium Shading 1 Accent 3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4">
    <w:name w:val="Medium Shading 1 Accent 4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5">
    <w:name w:val="Medium Shading 1 Accent 5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Farebnpodfarbenie1zvraznenie6">
    <w:name w:val="Medium Shading 1 Accent 6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2">
    <w:name w:val="Medium Shading 2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1">
    <w:name w:val="Medium Shading 2 Accent 1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2">
    <w:name w:val="Medium Shading 2 Accent 2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3">
    <w:name w:val="Medium Shading 2 Accent 3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4">
    <w:name w:val="Medium Shading 2 Accent 4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5">
    <w:name w:val="Medium Shading 2 Accent 5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Farebnpodfarbenie2zvraznenie6">
    <w:name w:val="Medium Shading 2 Accent 6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zoznam1">
    <w:name w:val="Medium List 1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Strednzoznam1zvraznenie1">
    <w:name w:val="Medium List 1 Accent 1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Strednzoznam1zvraznenie2">
    <w:name w:val="Medium List 1 Accent 2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Strednzoznam1zvraznenie3">
    <w:name w:val="Medium List 1 Accent 3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Strednzoznam1zvraznenie4">
    <w:name w:val="Medium List 1 Accent 4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Strednzoznam1zvraznenie5">
    <w:name w:val="Medium List 1 Accent 5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Strednzoznam1zvraznenie6">
    <w:name w:val="Medium List 1 Accent 6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Strednzoznam2">
    <w:name w:val="Medium List 2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1">
    <w:name w:val="Medium List 2 Accent 1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2">
    <w:name w:val="Medium List 2 Accent 2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3">
    <w:name w:val="Medium List 2 Accent 3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4">
    <w:name w:val="Medium List 2 Accent 4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5">
    <w:name w:val="Medium List 2 Accent 5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6">
    <w:name w:val="Medium List 2 Accent 6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mrieka1">
    <w:name w:val="Medium Grid 1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Strednmrieka1zvraznenie1">
    <w:name w:val="Medium Grid 1 Accent 1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Strednmrieka1zvraznenie2">
    <w:name w:val="Medium Grid 1 Accent 2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Strednmrieka1zvraznenie3">
    <w:name w:val="Medium Grid 1 Accent 3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trednmrieka1zvraznenie4">
    <w:name w:val="Medium Grid 1 Accent 4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Strednmrieka1zvraznenie5">
    <w:name w:val="Medium Grid 1 Accent 5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Strednmrieka1zvraznenie6">
    <w:name w:val="Medium Grid 1 Accent 6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Strednmrieka2">
    <w:name w:val="Medium Grid 2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1">
    <w:name w:val="Medium Grid 2 Accent 1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2">
    <w:name w:val="Medium Grid 2 Accent 2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3">
    <w:name w:val="Medium Grid 2 Accent 3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4">
    <w:name w:val="Medium Grid 2 Accent 4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5">
    <w:name w:val="Medium Grid 2 Accent 5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6">
    <w:name w:val="Medium Grid 2 Accent 6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3">
    <w:name w:val="Medium Grid 3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Strednmrieka3zvraznenie1">
    <w:name w:val="Medium Grid 3 Accent 1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Strednmrieka3zvraznenie2">
    <w:name w:val="Medium Grid 3 Accent 2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Strednmrieka3zvraznenie3">
    <w:name w:val="Medium Grid 3 Accent 3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Strednmrieka3zvraznenie4">
    <w:name w:val="Medium Grid 3 Accent 4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Strednmrieka3zvraznenie5">
    <w:name w:val="Medium Grid 3 Accent 5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Strednmrieka3zvraznenie6">
    <w:name w:val="Medium Grid 3 Accent 6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Tmavzoznam">
    <w:name w:val="Dark List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Tmavzoznamzvraznenie1">
    <w:name w:val="Dark List Accent 1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Tmavzoznamzvraznenie2">
    <w:name w:val="Dark List Accent 2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Tmavzoznamzvraznenie3">
    <w:name w:val="Dark List Accent 3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Tmavzoznamzvraznenie4">
    <w:name w:val="Dark List Accent 4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Tmavzoznamzvraznenie5">
    <w:name w:val="Dark List Accent 5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Tmavzoznamzvraznenie6">
    <w:name w:val="Dark List Accent 6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ebnpodfarbenie">
    <w:name w:val="Colorful Shading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1">
    <w:name w:val="Colorful Shading Accent 1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2">
    <w:name w:val="Colorful Shading Accent 2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3">
    <w:name w:val="Colorful Shading Accent 3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ebnpodfarbeniezvraznenie4">
    <w:name w:val="Colorful Shading Accent 4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5">
    <w:name w:val="Colorful Shading Accent 5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6">
    <w:name w:val="Colorful Shading Accent 6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zoznam">
    <w:name w:val="Colorful List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ebnzoznamzvraznenie1">
    <w:name w:val="Colorful List Accent 1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ebnzoznamzvraznenie2">
    <w:name w:val="Colorful List Accent 2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ebnzoznamzvraznenie3">
    <w:name w:val="Colorful List Accent 3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ebnzoznamzvraznenie4">
    <w:name w:val="Colorful List Accent 4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ebnzoznamzvraznenie5">
    <w:name w:val="Colorful List Accent 5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ebnzoznamzvraznenie6">
    <w:name w:val="Colorful List Accent 6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ebnmrieka">
    <w:name w:val="Colorful Grid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ebnmriekazvraznenie1">
    <w:name w:val="Colorful Grid Accent 1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ebnmriekazvraznenie2">
    <w:name w:val="Colorful Grid Accent 2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ebnmriekazvraznenie3">
    <w:name w:val="Colorful Grid Accent 3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ebnmriekazvraznenie4">
    <w:name w:val="Colorful Grid Accent 4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ebnmriekazvraznenie5">
    <w:name w:val="Colorful Grid Accent 5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ebnmriekazvraznenie6">
    <w:name w:val="Colorful Grid Accent 6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textovprepojenie">
    <w:name w:val="Hyperlink"/>
    <w:basedOn w:val="Predvolenpsmoodseku"/>
    <w:uiPriority w:val="99"/>
    <w:unhideWhenUsed/>
    <w:rsid w:val="00622A7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obchod@officepro.s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0FA0DA5-8A9B-4F8E-B854-0FFF770EE1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117</Words>
  <Characters>667</Characters>
  <Application>Microsoft Office Word</Application>
  <DocSecurity>0</DocSecurity>
  <Lines>5</Lines>
  <Paragraphs>1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783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Zástupkyňa</cp:lastModifiedBy>
  <cp:revision>4</cp:revision>
  <dcterms:created xsi:type="dcterms:W3CDTF">2025-11-25T07:20:00Z</dcterms:created>
  <dcterms:modified xsi:type="dcterms:W3CDTF">2025-11-25T07:52:00Z</dcterms:modified>
  <cp:category/>
</cp:coreProperties>
</file>